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C83E3" w14:textId="357B65A0" w:rsidR="00D054C4" w:rsidRPr="00C3234A" w:rsidRDefault="00FA680E">
      <w:pPr>
        <w:pStyle w:val="Titel"/>
        <w:jc w:val="center"/>
        <w:rPr>
          <w:lang w:val="da-DK"/>
        </w:rPr>
      </w:pPr>
      <w:r>
        <w:rPr>
          <w:rFonts w:ascii="Trebuchet MS" w:eastAsia="Times New Roman" w:hAnsi="Trebuchet MS" w:cs="Times New Roman"/>
          <w:b w:val="0"/>
          <w:bCs/>
          <w:noProof/>
          <w:color w:val="000000"/>
          <w:sz w:val="16"/>
          <w:szCs w:val="16"/>
          <w:lang w:eastAsia="da-DK"/>
        </w:rPr>
        <w:drawing>
          <wp:anchor distT="0" distB="0" distL="114300" distR="114300" simplePos="0" relativeHeight="251659264" behindDoc="0" locked="0" layoutInCell="1" allowOverlap="1" wp14:anchorId="59F66BA3" wp14:editId="4948646F">
            <wp:simplePos x="0" y="0"/>
            <wp:positionH relativeFrom="margin">
              <wp:align>left</wp:align>
            </wp:positionH>
            <wp:positionV relativeFrom="paragraph">
              <wp:posOffset>-228600</wp:posOffset>
            </wp:positionV>
            <wp:extent cx="404298" cy="504825"/>
            <wp:effectExtent l="0" t="0" r="0" b="0"/>
            <wp:wrapNone/>
            <wp:docPr id="191325560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98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C3234A">
        <w:rPr>
          <w:sz w:val="40"/>
          <w:lang w:val="da-DK"/>
        </w:rPr>
        <w:t>Tilmeldingsskema – internationale masterstævner</w:t>
      </w:r>
    </w:p>
    <w:p w14:paraId="604C7E4B" w14:textId="77777777" w:rsidR="00D054C4" w:rsidRPr="00C3234A" w:rsidRDefault="00000000">
      <w:pPr>
        <w:spacing w:after="160"/>
        <w:jc w:val="center"/>
        <w:rPr>
          <w:lang w:val="da-DK"/>
        </w:rPr>
      </w:pPr>
      <w:r w:rsidRPr="00C3234A">
        <w:rPr>
          <w:b/>
          <w:color w:val="2F5597"/>
          <w:sz w:val="22"/>
          <w:lang w:val="da-DK"/>
        </w:rPr>
        <w:t>Dansk Styrkeløft Forbund · Masterudvalget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96"/>
      </w:tblGrid>
      <w:tr w:rsidR="00D054C4" w:rsidRPr="0037669B" w14:paraId="20AADFFF" w14:textId="77777777">
        <w:trPr>
          <w:jc w:val="center"/>
        </w:trPr>
        <w:tc>
          <w:tcPr>
            <w:tcW w:w="10596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EAF2F8"/>
          </w:tcPr>
          <w:p w14:paraId="7195F37C" w14:textId="6913C2CD" w:rsidR="00D054C4" w:rsidRPr="00C3234A" w:rsidRDefault="00000000">
            <w:pPr>
              <w:spacing w:after="0"/>
              <w:rPr>
                <w:lang w:val="da-DK"/>
              </w:rPr>
            </w:pPr>
            <w:r w:rsidRPr="00C3234A">
              <w:rPr>
                <w:b/>
                <w:sz w:val="18"/>
                <w:lang w:val="da-DK"/>
              </w:rPr>
              <w:t>Formålet med skemaet er at samle de oplysninger, som skal bruges til registrering/nominering i IPF/EPF samt de oplysninger Masterudvalget skal bruge til hotel, transport og administration.</w:t>
            </w:r>
          </w:p>
        </w:tc>
      </w:tr>
    </w:tbl>
    <w:p w14:paraId="56600E88" w14:textId="77777777" w:rsidR="00D054C4" w:rsidRDefault="00000000">
      <w:pPr>
        <w:spacing w:before="120" w:after="80"/>
      </w:pPr>
      <w:r>
        <w:rPr>
          <w:b/>
          <w:color w:val="2F5597"/>
          <w:sz w:val="26"/>
        </w:rPr>
        <w:t>1. Sådan foregår tilmeldingen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9887"/>
      </w:tblGrid>
      <w:tr w:rsidR="00D054C4" w:rsidRPr="0037669B" w14:paraId="01263F9B" w14:textId="77777777" w:rsidTr="00C3234A">
        <w:trPr>
          <w:jc w:val="center"/>
        </w:trPr>
        <w:tc>
          <w:tcPr>
            <w:tcW w:w="70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3E1A4987" w14:textId="77777777" w:rsidR="00D054C4" w:rsidRPr="00C3234A" w:rsidRDefault="00000000">
            <w:pPr>
              <w:jc w:val="center"/>
            </w:pPr>
            <w:r w:rsidRPr="00C3234A">
              <w:rPr>
                <w:b/>
                <w:sz w:val="20"/>
              </w:rPr>
              <w:t>1</w:t>
            </w:r>
          </w:p>
        </w:tc>
        <w:tc>
          <w:tcPr>
            <w:tcW w:w="9887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1839CE2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t>Løfteren udfylder dette skema og samler de krævede bilag.</w:t>
            </w:r>
          </w:p>
        </w:tc>
      </w:tr>
      <w:tr w:rsidR="00D054C4" w:rsidRPr="0037669B" w14:paraId="46109078" w14:textId="77777777" w:rsidTr="00C3234A">
        <w:trPr>
          <w:jc w:val="center"/>
        </w:trPr>
        <w:tc>
          <w:tcPr>
            <w:tcW w:w="70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3362C4F2" w14:textId="77777777" w:rsidR="00D054C4" w:rsidRPr="00C3234A" w:rsidRDefault="00000000">
            <w:pPr>
              <w:jc w:val="center"/>
            </w:pPr>
            <w:r w:rsidRPr="00C3234A">
              <w:rPr>
                <w:b/>
                <w:sz w:val="20"/>
              </w:rPr>
              <w:t>2</w:t>
            </w:r>
          </w:p>
        </w:tc>
        <w:tc>
          <w:tcPr>
            <w:tcW w:w="9887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6F2A5520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t>Skema og bilag afleveres til egen klub/forening.</w:t>
            </w:r>
          </w:p>
        </w:tc>
      </w:tr>
      <w:tr w:rsidR="00D054C4" w:rsidRPr="0037669B" w14:paraId="235745D5" w14:textId="77777777" w:rsidTr="00C3234A">
        <w:trPr>
          <w:jc w:val="center"/>
        </w:trPr>
        <w:tc>
          <w:tcPr>
            <w:tcW w:w="70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048313C1" w14:textId="77777777" w:rsidR="00D054C4" w:rsidRPr="00C3234A" w:rsidRDefault="00000000">
            <w:pPr>
              <w:jc w:val="center"/>
            </w:pPr>
            <w:r w:rsidRPr="00C3234A">
              <w:rPr>
                <w:b/>
                <w:sz w:val="20"/>
              </w:rPr>
              <w:t>3</w:t>
            </w:r>
          </w:p>
        </w:tc>
        <w:tc>
          <w:tcPr>
            <w:tcW w:w="9887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33998385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t>Klubben sender samlet materiale til masterudvalget@styrke.dk inden den nationale tilmeldingsfrist.</w:t>
            </w:r>
          </w:p>
        </w:tc>
      </w:tr>
      <w:tr w:rsidR="00D054C4" w:rsidRPr="0037669B" w14:paraId="3C6F72D9" w14:textId="77777777" w:rsidTr="00C3234A">
        <w:trPr>
          <w:jc w:val="center"/>
        </w:trPr>
        <w:tc>
          <w:tcPr>
            <w:tcW w:w="70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661EBEEA" w14:textId="77777777" w:rsidR="00D054C4" w:rsidRPr="00C3234A" w:rsidRDefault="00000000">
            <w:pPr>
              <w:jc w:val="center"/>
            </w:pPr>
            <w:r w:rsidRPr="00C3234A">
              <w:rPr>
                <w:b/>
                <w:sz w:val="20"/>
              </w:rPr>
              <w:t>4</w:t>
            </w:r>
          </w:p>
        </w:tc>
        <w:tc>
          <w:tcPr>
            <w:tcW w:w="9887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448EFC3C" w14:textId="7E6F9C66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t>Masterudvalget kontrollerer materialet og indtaster oplysningerne</w:t>
            </w:r>
            <w:r w:rsidR="0037669B">
              <w:rPr>
                <w:color w:val="000000"/>
                <w:sz w:val="18"/>
                <w:lang w:val="da-DK"/>
              </w:rPr>
              <w:t xml:space="preserve"> i </w:t>
            </w:r>
            <w:proofErr w:type="gramStart"/>
            <w:r w:rsidR="0037669B">
              <w:rPr>
                <w:color w:val="000000"/>
                <w:sz w:val="18"/>
                <w:lang w:val="da-DK"/>
              </w:rPr>
              <w:t>IPF system</w:t>
            </w:r>
            <w:proofErr w:type="gramEnd"/>
            <w:r w:rsidR="0037669B">
              <w:rPr>
                <w:color w:val="000000"/>
                <w:sz w:val="18"/>
                <w:lang w:val="da-DK"/>
              </w:rPr>
              <w:t xml:space="preserve"> eller Goodlift. </w:t>
            </w:r>
          </w:p>
        </w:tc>
      </w:tr>
      <w:tr w:rsidR="00D054C4" w14:paraId="6B0E1EF1" w14:textId="77777777" w:rsidTr="00C3234A">
        <w:trPr>
          <w:jc w:val="center"/>
        </w:trPr>
        <w:tc>
          <w:tcPr>
            <w:tcW w:w="70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A95BBA3" w14:textId="77777777" w:rsidR="00D054C4" w:rsidRPr="00C3234A" w:rsidRDefault="00000000">
            <w:pPr>
              <w:jc w:val="center"/>
            </w:pPr>
            <w:r w:rsidRPr="00C3234A">
              <w:rPr>
                <w:b/>
                <w:sz w:val="20"/>
              </w:rPr>
              <w:t>5</w:t>
            </w:r>
          </w:p>
        </w:tc>
        <w:tc>
          <w:tcPr>
            <w:tcW w:w="9887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7D4C16A8" w14:textId="77777777" w:rsidR="00D054C4" w:rsidRDefault="00000000">
            <w:r w:rsidRPr="00C3234A">
              <w:rPr>
                <w:color w:val="000000"/>
                <w:sz w:val="18"/>
                <w:lang w:val="da-DK"/>
              </w:rPr>
              <w:t xml:space="preserve">Eventuelle startgebyrer, hotel- og transportudgifter faktureres efter gældende procedure. </w:t>
            </w:r>
            <w:proofErr w:type="spellStart"/>
            <w:r>
              <w:rPr>
                <w:color w:val="000000"/>
                <w:sz w:val="18"/>
              </w:rPr>
              <w:t>Manglende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betaling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medføre</w:t>
            </w:r>
            <w:proofErr w:type="spellEnd"/>
            <w:r>
              <w:rPr>
                <w:color w:val="000000"/>
                <w:sz w:val="18"/>
              </w:rPr>
              <w:t>, at nomineringen fjernes.</w:t>
            </w:r>
          </w:p>
        </w:tc>
      </w:tr>
    </w:tbl>
    <w:p w14:paraId="17C603C2" w14:textId="77777777" w:rsidR="00D054C4" w:rsidRPr="00C3234A" w:rsidRDefault="00000000">
      <w:pPr>
        <w:spacing w:after="80"/>
        <w:rPr>
          <w:lang w:val="da-DK"/>
        </w:rPr>
      </w:pPr>
      <w:r w:rsidRPr="00C3234A">
        <w:rPr>
          <w:b/>
          <w:color w:val="C00000"/>
          <w:lang w:val="da-DK"/>
        </w:rPr>
        <w:t xml:space="preserve">Vigtigt: </w:t>
      </w:r>
      <w:r w:rsidRPr="00C3234A">
        <w:rPr>
          <w:lang w:val="da-DK"/>
        </w:rPr>
        <w:t>Tilmeldingen er først komplet, når skema og alle relevante bilag er modtaget via klubben inden fristen.</w:t>
      </w:r>
    </w:p>
    <w:p w14:paraId="228AD4DD" w14:textId="77777777" w:rsidR="00D054C4" w:rsidRPr="00C3234A" w:rsidRDefault="00000000">
      <w:pPr>
        <w:spacing w:before="120" w:after="80"/>
        <w:rPr>
          <w:color w:val="365F91" w:themeColor="accent1" w:themeShade="BF"/>
          <w:sz w:val="26"/>
          <w:szCs w:val="26"/>
          <w:lang w:val="da-DK"/>
        </w:rPr>
      </w:pPr>
      <w:r w:rsidRPr="00C3234A">
        <w:rPr>
          <w:b/>
          <w:color w:val="365F91" w:themeColor="accent1" w:themeShade="BF"/>
          <w:sz w:val="26"/>
          <w:szCs w:val="26"/>
          <w:lang w:val="da-DK"/>
        </w:rPr>
        <w:t>2. Tilmeldingsfrist</w:t>
      </w:r>
    </w:p>
    <w:p w14:paraId="4314DC48" w14:textId="77777777" w:rsidR="00D054C4" w:rsidRPr="00C3234A" w:rsidRDefault="00000000">
      <w:pPr>
        <w:spacing w:before="60" w:after="0"/>
        <w:rPr>
          <w:lang w:val="da-DK"/>
        </w:rPr>
      </w:pPr>
      <w:r w:rsidRPr="00C3234A">
        <w:rPr>
          <w:lang w:val="da-DK"/>
        </w:rPr>
        <w:t>Den gældende tilmeldingsfrist fremgår af det separate dokument “Tilmeldingsfrister for internationale masterstævner”. Løfter og klub skal altid orientere sig i den seneste udgave af dette dokument og sikre, at det samlede materiale er sendt til Masterudvalget inden fristen.</w:t>
      </w:r>
    </w:p>
    <w:p w14:paraId="12538043" w14:textId="77777777" w:rsidR="00D054C4" w:rsidRDefault="00000000">
      <w:pPr>
        <w:spacing w:before="120" w:after="80"/>
      </w:pPr>
      <w:r>
        <w:rPr>
          <w:b/>
          <w:color w:val="2F5597"/>
          <w:sz w:val="26"/>
        </w:rPr>
        <w:t>3. Det stævne du tilmelder dig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D054C4" w14:paraId="6CE6A5B9" w14:textId="77777777">
        <w:trPr>
          <w:trHeight w:val="454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286C5678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Stævnets navn</w:t>
            </w:r>
          </w:p>
          <w:p w14:paraId="5F3E020C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8E178FF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Sted / land</w:t>
            </w:r>
          </w:p>
          <w:p w14:paraId="2CEBCB65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562DB457" w14:textId="77777777">
        <w:trPr>
          <w:trHeight w:val="454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770A7B6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Stævnedato(er)</w:t>
            </w:r>
          </w:p>
          <w:p w14:paraId="67DED48C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A8CDA1F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Disciplin / kategori</w:t>
            </w:r>
          </w:p>
          <w:p w14:paraId="3898BA3E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7E5139D8" w14:textId="26AFB9C6" w:rsidR="00D054C4" w:rsidRPr="00C3234A" w:rsidRDefault="00000000">
      <w:pPr>
        <w:spacing w:before="120" w:after="80"/>
        <w:rPr>
          <w:lang w:val="da-DK"/>
        </w:rPr>
      </w:pPr>
      <w:r w:rsidRPr="00C3234A">
        <w:rPr>
          <w:b/>
          <w:color w:val="2F5597"/>
          <w:sz w:val="26"/>
          <w:lang w:val="da-DK"/>
        </w:rPr>
        <w:t>4. Oplysninger til IPF/EPF</w:t>
      </w:r>
    </w:p>
    <w:p w14:paraId="0D24FDF2" w14:textId="77777777" w:rsidR="00D054C4" w:rsidRPr="00C3234A" w:rsidRDefault="00000000">
      <w:pPr>
        <w:spacing w:after="80"/>
        <w:rPr>
          <w:lang w:val="da-DK"/>
        </w:rPr>
      </w:pPr>
      <w:r w:rsidRPr="00C3234A">
        <w:rPr>
          <w:lang w:val="da-DK"/>
        </w:rPr>
        <w:t>Udfyld felterne som de skal fremgå i registreringssystemet. Brug samme stavemåde som i pas/ID, hvor det er relevant.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D054C4" w14:paraId="50D287BD" w14:textId="77777777">
        <w:trPr>
          <w:trHeight w:val="522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5F2EE4BC" w14:textId="77777777" w:rsidR="00D054C4" w:rsidRDefault="00000000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Kategori</w:t>
            </w:r>
            <w:proofErr w:type="spellEnd"/>
            <w:r>
              <w:rPr>
                <w:b/>
                <w:color w:val="17365D"/>
                <w:sz w:val="17"/>
              </w:rPr>
              <w:t xml:space="preserve"> (Category)</w:t>
            </w:r>
          </w:p>
          <w:p w14:paraId="2509E680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7DC8D0D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Køn (Gender)</w:t>
            </w:r>
          </w:p>
          <w:p w14:paraId="331BE951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50559914" w14:textId="77777777">
        <w:trPr>
          <w:trHeight w:val="522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37AE4A28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Fornavn(e) (First Name)</w:t>
            </w:r>
          </w:p>
          <w:p w14:paraId="345FBAF9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57949F26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Efternavn (Surname)</w:t>
            </w:r>
          </w:p>
          <w:p w14:paraId="7BAA5396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0EFA247D" w14:textId="77777777">
        <w:trPr>
          <w:trHeight w:val="522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7EDE6A34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Fødselsdato (dd-mm-åååå)</w:t>
            </w:r>
          </w:p>
          <w:p w14:paraId="359D5A35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709A6CE8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Beskæftigelse (Profession)</w:t>
            </w:r>
          </w:p>
          <w:p w14:paraId="6F50EF53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696A4E2A" w14:textId="77777777">
        <w:trPr>
          <w:trHeight w:val="522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2D568117" w14:textId="77777777" w:rsidR="00D054C4" w:rsidRPr="00C3234A" w:rsidRDefault="00000000">
            <w:pPr>
              <w:spacing w:after="20"/>
              <w:rPr>
                <w:lang w:val="da-DK"/>
              </w:rPr>
            </w:pPr>
            <w:r w:rsidRPr="00C3234A">
              <w:rPr>
                <w:b/>
                <w:color w:val="17365D"/>
                <w:sz w:val="17"/>
                <w:lang w:val="da-DK"/>
              </w:rPr>
              <w:t>Styrkeløfter siden (</w:t>
            </w:r>
            <w:proofErr w:type="spellStart"/>
            <w:r w:rsidRPr="00C3234A">
              <w:rPr>
                <w:b/>
                <w:color w:val="17365D"/>
                <w:sz w:val="17"/>
                <w:lang w:val="da-DK"/>
              </w:rPr>
              <w:t>Competing</w:t>
            </w:r>
            <w:proofErr w:type="spellEnd"/>
            <w:r w:rsidRPr="00C3234A">
              <w:rPr>
                <w:b/>
                <w:color w:val="17365D"/>
                <w:sz w:val="17"/>
                <w:lang w:val="da-DK"/>
              </w:rPr>
              <w:t xml:space="preserve"> </w:t>
            </w:r>
            <w:proofErr w:type="spellStart"/>
            <w:r w:rsidRPr="00C3234A">
              <w:rPr>
                <w:b/>
                <w:color w:val="17365D"/>
                <w:sz w:val="17"/>
                <w:lang w:val="da-DK"/>
              </w:rPr>
              <w:t>Since</w:t>
            </w:r>
            <w:proofErr w:type="spellEnd"/>
            <w:r w:rsidRPr="00C3234A">
              <w:rPr>
                <w:b/>
                <w:color w:val="17365D"/>
                <w:sz w:val="17"/>
                <w:lang w:val="da-DK"/>
              </w:rPr>
              <w:t xml:space="preserve"> – dato/år)</w:t>
            </w:r>
          </w:p>
          <w:p w14:paraId="6AA3133D" w14:textId="77777777" w:rsidR="00D054C4" w:rsidRPr="00C3234A" w:rsidRDefault="00000000">
            <w:pPr>
              <w:spacing w:after="0" w:line="288" w:lineRule="auto"/>
              <w:rPr>
                <w:lang w:val="da-DK"/>
              </w:rPr>
            </w:pPr>
            <w:r w:rsidRPr="00C3234A">
              <w:rPr>
                <w:lang w:val="da-DK"/>
              </w:rP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D25FABB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 xml:space="preserve">Telefonnummer </w:t>
            </w:r>
            <w:proofErr w:type="spellStart"/>
            <w:r>
              <w:rPr>
                <w:b/>
                <w:color w:val="17365D"/>
                <w:sz w:val="17"/>
              </w:rPr>
              <w:t>inkl</w:t>
            </w:r>
            <w:proofErr w:type="spellEnd"/>
            <w:r>
              <w:rPr>
                <w:b/>
                <w:color w:val="17365D"/>
                <w:sz w:val="17"/>
              </w:rPr>
              <w:t>. landekode</w:t>
            </w:r>
          </w:p>
          <w:p w14:paraId="05109D2C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2778DA1C" w14:textId="77777777">
        <w:trPr>
          <w:trHeight w:val="522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2E458F67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E-mail</w:t>
            </w:r>
          </w:p>
          <w:p w14:paraId="3D9B3CB5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774C0E0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Adresse</w:t>
            </w:r>
          </w:p>
          <w:p w14:paraId="2518120A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683ED365" w14:textId="77777777" w:rsidR="00C3234A" w:rsidRDefault="00C3234A">
      <w:pPr>
        <w:spacing w:before="120" w:after="80"/>
        <w:rPr>
          <w:b/>
          <w:color w:val="2F5597"/>
          <w:sz w:val="26"/>
        </w:rPr>
      </w:pPr>
    </w:p>
    <w:p w14:paraId="4999A758" w14:textId="77777777" w:rsidR="00C3234A" w:rsidRDefault="00C3234A">
      <w:pPr>
        <w:spacing w:before="120" w:after="80"/>
        <w:rPr>
          <w:b/>
          <w:color w:val="2F5597"/>
          <w:sz w:val="26"/>
        </w:rPr>
      </w:pPr>
    </w:p>
    <w:p w14:paraId="271C55E3" w14:textId="77777777" w:rsidR="00C3234A" w:rsidRDefault="00C3234A">
      <w:pPr>
        <w:spacing w:before="120" w:after="80"/>
        <w:rPr>
          <w:b/>
          <w:color w:val="2F5597"/>
          <w:sz w:val="26"/>
        </w:rPr>
      </w:pPr>
    </w:p>
    <w:p w14:paraId="76DA15A2" w14:textId="77777777" w:rsidR="00C3234A" w:rsidRDefault="00C3234A">
      <w:pPr>
        <w:spacing w:before="120" w:after="80"/>
        <w:rPr>
          <w:b/>
          <w:color w:val="2F5597"/>
          <w:sz w:val="26"/>
        </w:rPr>
      </w:pPr>
    </w:p>
    <w:p w14:paraId="7A4D1BF5" w14:textId="77777777" w:rsidR="00C3234A" w:rsidRDefault="00C3234A">
      <w:pPr>
        <w:spacing w:before="120" w:after="80"/>
        <w:rPr>
          <w:b/>
          <w:color w:val="2F5597"/>
          <w:sz w:val="26"/>
        </w:rPr>
      </w:pPr>
    </w:p>
    <w:p w14:paraId="62541ACB" w14:textId="690E9BF8" w:rsidR="00D054C4" w:rsidRPr="0037669B" w:rsidRDefault="00000000">
      <w:pPr>
        <w:spacing w:before="120" w:after="80"/>
        <w:rPr>
          <w:lang w:val="da-DK"/>
        </w:rPr>
      </w:pPr>
      <w:r w:rsidRPr="0037669B">
        <w:rPr>
          <w:b/>
          <w:color w:val="2F5597"/>
          <w:sz w:val="26"/>
          <w:lang w:val="da-DK"/>
        </w:rPr>
        <w:lastRenderedPageBreak/>
        <w:t xml:space="preserve">5. Personlige </w:t>
      </w:r>
      <w:r w:rsidR="0037669B">
        <w:rPr>
          <w:b/>
          <w:color w:val="2F5597"/>
          <w:sz w:val="26"/>
          <w:lang w:val="da-DK"/>
        </w:rPr>
        <w:t xml:space="preserve">rekorder </w:t>
      </w:r>
      <w:r w:rsidRPr="0037669B">
        <w:rPr>
          <w:b/>
          <w:color w:val="2F5597"/>
          <w:sz w:val="26"/>
          <w:lang w:val="da-DK"/>
        </w:rPr>
        <w:t>bedste resultater</w:t>
      </w:r>
      <w:r w:rsidR="0037669B" w:rsidRPr="0037669B">
        <w:rPr>
          <w:b/>
          <w:color w:val="2F5597"/>
          <w:sz w:val="26"/>
          <w:lang w:val="da-DK"/>
        </w:rPr>
        <w:t xml:space="preserve"> all t</w:t>
      </w:r>
      <w:r w:rsidR="0037669B">
        <w:rPr>
          <w:b/>
          <w:color w:val="2F5597"/>
          <w:sz w:val="26"/>
          <w:lang w:val="da-DK"/>
        </w:rPr>
        <w:t>ime og senest 12 måneder</w:t>
      </w:r>
    </w:p>
    <w:p w14:paraId="4F94C78B" w14:textId="68BF2183" w:rsidR="00D054C4" w:rsidRPr="00C3234A" w:rsidRDefault="0037669B">
      <w:pPr>
        <w:spacing w:after="80"/>
        <w:rPr>
          <w:lang w:val="da-DK"/>
        </w:rPr>
      </w:pPr>
      <w:r>
        <w:rPr>
          <w:lang w:val="da-DK"/>
        </w:rPr>
        <w:t xml:space="preserve">Skriv personlige rekorder og resultater fra stævne med bedste total inden for </w:t>
      </w:r>
      <w:r w:rsidR="00FA680E">
        <w:rPr>
          <w:lang w:val="da-DK"/>
        </w:rPr>
        <w:t xml:space="preserve">seneste </w:t>
      </w:r>
      <w:r>
        <w:rPr>
          <w:lang w:val="da-DK"/>
        </w:rPr>
        <w:t>12 måneder. Ved</w:t>
      </w:r>
      <w:r w:rsidR="00000000" w:rsidRPr="00C3234A">
        <w:rPr>
          <w:lang w:val="da-DK"/>
        </w:rPr>
        <w:t xml:space="preserve"> nominering anvendes det bedst opnåede løft inden for 12 måneder før stævnestart.</w:t>
      </w:r>
    </w:p>
    <w:p w14:paraId="6367FBA6" w14:textId="0FF59334" w:rsidR="0037669B" w:rsidRPr="0037669B" w:rsidRDefault="0037669B">
      <w:pPr>
        <w:spacing w:before="60" w:after="40"/>
        <w:rPr>
          <w:bCs/>
          <w:color w:val="5A35F0"/>
          <w:sz w:val="22"/>
          <w:u w:val="single"/>
        </w:rPr>
      </w:pPr>
      <w:proofErr w:type="spellStart"/>
      <w:r w:rsidRPr="0037669B">
        <w:rPr>
          <w:bCs/>
          <w:color w:val="5A35F0"/>
          <w:sz w:val="22"/>
          <w:u w:val="single"/>
        </w:rPr>
        <w:t>Personlige</w:t>
      </w:r>
      <w:proofErr w:type="spellEnd"/>
      <w:r w:rsidRPr="0037669B">
        <w:rPr>
          <w:bCs/>
          <w:color w:val="5A35F0"/>
          <w:sz w:val="22"/>
          <w:u w:val="single"/>
        </w:rPr>
        <w:t xml:space="preserve"> </w:t>
      </w:r>
      <w:proofErr w:type="spellStart"/>
      <w:r w:rsidRPr="0037669B">
        <w:rPr>
          <w:bCs/>
          <w:color w:val="5A35F0"/>
          <w:sz w:val="22"/>
          <w:u w:val="single"/>
        </w:rPr>
        <w:t>rekorder</w:t>
      </w:r>
      <w:proofErr w:type="spellEnd"/>
    </w:p>
    <w:p w14:paraId="19B80B9F" w14:textId="21AF76A9" w:rsidR="00D054C4" w:rsidRDefault="00000000">
      <w:pPr>
        <w:spacing w:before="60" w:after="40"/>
      </w:pPr>
      <w:r>
        <w:rPr>
          <w:b/>
          <w:color w:val="5A35F0"/>
          <w:sz w:val="22"/>
        </w:rPr>
        <w:t>Classic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D054C4" w14:paraId="03AF07AC" w14:textId="77777777">
        <w:trPr>
          <w:trHeight w:val="454"/>
          <w:jc w:val="center"/>
        </w:trPr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44A28A5C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Squat (kg)</w:t>
            </w:r>
          </w:p>
          <w:p w14:paraId="2AA2BCB8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402EBBC1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Bænkpres (kg)</w:t>
            </w:r>
          </w:p>
          <w:p w14:paraId="5BE5BDF1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17B4B6CC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Dødløft (kg)</w:t>
            </w:r>
          </w:p>
          <w:p w14:paraId="0AD56756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37E9FCB3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Total (kg)</w:t>
            </w:r>
          </w:p>
          <w:p w14:paraId="26902A2F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6CC6069B" w14:textId="77777777" w:rsidR="00D054C4" w:rsidRDefault="00000000">
      <w:pPr>
        <w:spacing w:before="60" w:after="40"/>
      </w:pPr>
      <w:r>
        <w:rPr>
          <w:b/>
          <w:color w:val="5A35F0"/>
          <w:sz w:val="22"/>
        </w:rPr>
        <w:t>Equipped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D054C4" w14:paraId="27B66341" w14:textId="77777777">
        <w:trPr>
          <w:trHeight w:val="454"/>
          <w:jc w:val="center"/>
        </w:trPr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3F86033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Squat (kg)</w:t>
            </w:r>
          </w:p>
          <w:p w14:paraId="6A8F299D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113C68DE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Bænkpres (kg)</w:t>
            </w:r>
          </w:p>
          <w:p w14:paraId="558FD7A7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A50F4B1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Dødløft (kg)</w:t>
            </w:r>
          </w:p>
          <w:p w14:paraId="5EC7E7AA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360F5BE5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Total (kg)</w:t>
            </w:r>
          </w:p>
          <w:p w14:paraId="064532B1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1B0A7BDF" w14:textId="77777777" w:rsidR="00D054C4" w:rsidRDefault="00000000">
      <w:pPr>
        <w:spacing w:before="60" w:after="40"/>
      </w:pPr>
      <w:r>
        <w:rPr>
          <w:b/>
          <w:color w:val="5A35F0"/>
          <w:sz w:val="22"/>
        </w:rPr>
        <w:t>Bench Press – Single Lift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D054C4" w14:paraId="38CC9F7D" w14:textId="77777777">
        <w:trPr>
          <w:trHeight w:val="454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7C3EE9E2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Bænkpres Classic (kg)</w:t>
            </w:r>
          </w:p>
          <w:p w14:paraId="149F7512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445AF1A8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Bænkpres Equipped (kg)</w:t>
            </w:r>
          </w:p>
          <w:p w14:paraId="6FF583C2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275EA1BA" w14:textId="029772B2" w:rsidR="0037669B" w:rsidRDefault="0037669B">
      <w:pPr>
        <w:spacing w:before="120" w:after="80"/>
        <w:rPr>
          <w:b/>
          <w:color w:val="2F5597"/>
          <w:sz w:val="26"/>
        </w:rPr>
      </w:pPr>
    </w:p>
    <w:p w14:paraId="33BE9AC4" w14:textId="4243BBFB" w:rsidR="00FA680E" w:rsidRPr="00FA680E" w:rsidRDefault="00FA680E" w:rsidP="0037669B">
      <w:pPr>
        <w:spacing w:before="60" w:after="40"/>
        <w:rPr>
          <w:b/>
          <w:color w:val="5A35F0"/>
          <w:sz w:val="22"/>
          <w:lang w:val="da-DK"/>
        </w:rPr>
      </w:pPr>
      <w:r w:rsidRPr="00FA680E">
        <w:rPr>
          <w:b/>
          <w:color w:val="5A35F0"/>
          <w:sz w:val="22"/>
          <w:lang w:val="da-DK"/>
        </w:rPr>
        <w:t>Resultater fra stævne med b</w:t>
      </w:r>
      <w:r>
        <w:rPr>
          <w:b/>
          <w:color w:val="5A35F0"/>
          <w:sz w:val="22"/>
          <w:lang w:val="da-DK"/>
        </w:rPr>
        <w:t xml:space="preserve">edste total de seneste 12 måneder. </w:t>
      </w:r>
    </w:p>
    <w:p w14:paraId="48E4E602" w14:textId="0717B670" w:rsidR="0037669B" w:rsidRDefault="0037669B" w:rsidP="0037669B">
      <w:pPr>
        <w:spacing w:before="60" w:after="40"/>
      </w:pPr>
      <w:r>
        <w:rPr>
          <w:b/>
          <w:color w:val="5A35F0"/>
          <w:sz w:val="22"/>
        </w:rPr>
        <w:t>Classic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37669B" w14:paraId="54D4A11D" w14:textId="77777777" w:rsidTr="009F0F6F">
        <w:trPr>
          <w:trHeight w:val="454"/>
          <w:jc w:val="center"/>
        </w:trPr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1058A5F5" w14:textId="77777777" w:rsidR="0037669B" w:rsidRDefault="0037669B" w:rsidP="009F0F6F">
            <w:pPr>
              <w:spacing w:after="20"/>
            </w:pPr>
            <w:r>
              <w:rPr>
                <w:b/>
                <w:color w:val="17365D"/>
                <w:sz w:val="17"/>
              </w:rPr>
              <w:t>Squat (kg)</w:t>
            </w:r>
          </w:p>
          <w:p w14:paraId="33E36991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3655B70B" w14:textId="77777777" w:rsidR="0037669B" w:rsidRDefault="0037669B" w:rsidP="009F0F6F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Bænkpres</w:t>
            </w:r>
            <w:proofErr w:type="spellEnd"/>
            <w:r>
              <w:rPr>
                <w:b/>
                <w:color w:val="17365D"/>
                <w:sz w:val="17"/>
              </w:rPr>
              <w:t xml:space="preserve"> (kg)</w:t>
            </w:r>
          </w:p>
          <w:p w14:paraId="115BF2E5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F820320" w14:textId="77777777" w:rsidR="0037669B" w:rsidRDefault="0037669B" w:rsidP="009F0F6F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Dødløft</w:t>
            </w:r>
            <w:proofErr w:type="spellEnd"/>
            <w:r>
              <w:rPr>
                <w:b/>
                <w:color w:val="17365D"/>
                <w:sz w:val="17"/>
              </w:rPr>
              <w:t xml:space="preserve"> (kg)</w:t>
            </w:r>
          </w:p>
          <w:p w14:paraId="09BEA47E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71B91C49" w14:textId="77777777" w:rsidR="0037669B" w:rsidRDefault="0037669B" w:rsidP="009F0F6F">
            <w:pPr>
              <w:spacing w:after="20"/>
            </w:pPr>
            <w:r>
              <w:rPr>
                <w:b/>
                <w:color w:val="17365D"/>
                <w:sz w:val="17"/>
              </w:rPr>
              <w:t>Total (kg)</w:t>
            </w:r>
          </w:p>
          <w:p w14:paraId="657F044B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7C35B6A4" w14:textId="77777777" w:rsidR="0037669B" w:rsidRDefault="0037669B" w:rsidP="0037669B">
      <w:pPr>
        <w:spacing w:before="60" w:after="40"/>
      </w:pPr>
      <w:r>
        <w:rPr>
          <w:b/>
          <w:color w:val="5A35F0"/>
          <w:sz w:val="22"/>
        </w:rPr>
        <w:t>Equipped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37669B" w14:paraId="10F6CA69" w14:textId="77777777" w:rsidTr="009F0F6F">
        <w:trPr>
          <w:trHeight w:val="454"/>
          <w:jc w:val="center"/>
        </w:trPr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33AC9B01" w14:textId="77777777" w:rsidR="0037669B" w:rsidRDefault="0037669B" w:rsidP="009F0F6F">
            <w:pPr>
              <w:spacing w:after="20"/>
            </w:pPr>
            <w:r>
              <w:rPr>
                <w:b/>
                <w:color w:val="17365D"/>
                <w:sz w:val="17"/>
              </w:rPr>
              <w:t>Squat (kg)</w:t>
            </w:r>
          </w:p>
          <w:p w14:paraId="7FC33EB7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049EC05" w14:textId="77777777" w:rsidR="0037669B" w:rsidRDefault="0037669B" w:rsidP="009F0F6F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Bænkpres</w:t>
            </w:r>
            <w:proofErr w:type="spellEnd"/>
            <w:r>
              <w:rPr>
                <w:b/>
                <w:color w:val="17365D"/>
                <w:sz w:val="17"/>
              </w:rPr>
              <w:t xml:space="preserve"> (kg)</w:t>
            </w:r>
          </w:p>
          <w:p w14:paraId="2EF020E8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4D2B3AC0" w14:textId="77777777" w:rsidR="0037669B" w:rsidRDefault="0037669B" w:rsidP="009F0F6F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Dødløft</w:t>
            </w:r>
            <w:proofErr w:type="spellEnd"/>
            <w:r>
              <w:rPr>
                <w:b/>
                <w:color w:val="17365D"/>
                <w:sz w:val="17"/>
              </w:rPr>
              <w:t xml:space="preserve"> (kg)</w:t>
            </w:r>
          </w:p>
          <w:p w14:paraId="0E79B125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2523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D8D804D" w14:textId="77777777" w:rsidR="0037669B" w:rsidRDefault="0037669B" w:rsidP="009F0F6F">
            <w:pPr>
              <w:spacing w:after="20"/>
            </w:pPr>
            <w:r>
              <w:rPr>
                <w:b/>
                <w:color w:val="17365D"/>
                <w:sz w:val="17"/>
              </w:rPr>
              <w:t>Total (kg)</w:t>
            </w:r>
          </w:p>
          <w:p w14:paraId="687FFC16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66BFDFA1" w14:textId="77777777" w:rsidR="0037669B" w:rsidRDefault="0037669B" w:rsidP="0037669B">
      <w:pPr>
        <w:spacing w:before="60" w:after="40"/>
      </w:pPr>
      <w:r>
        <w:rPr>
          <w:b/>
          <w:color w:val="5A35F0"/>
          <w:sz w:val="22"/>
        </w:rPr>
        <w:t>Bench Press – Single Lift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37669B" w14:paraId="16A6A8B6" w14:textId="77777777" w:rsidTr="009F0F6F">
        <w:trPr>
          <w:trHeight w:val="454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9F31A3F" w14:textId="77777777" w:rsidR="0037669B" w:rsidRDefault="0037669B" w:rsidP="009F0F6F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Bænkpres</w:t>
            </w:r>
            <w:proofErr w:type="spellEnd"/>
            <w:r>
              <w:rPr>
                <w:b/>
                <w:color w:val="17365D"/>
                <w:sz w:val="17"/>
              </w:rPr>
              <w:t xml:space="preserve"> Classic (kg)</w:t>
            </w:r>
          </w:p>
          <w:p w14:paraId="2E42DF45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567C219F" w14:textId="77777777" w:rsidR="0037669B" w:rsidRDefault="0037669B" w:rsidP="009F0F6F">
            <w:pPr>
              <w:spacing w:after="20"/>
            </w:pPr>
            <w:proofErr w:type="spellStart"/>
            <w:r>
              <w:rPr>
                <w:b/>
                <w:color w:val="17365D"/>
                <w:sz w:val="17"/>
              </w:rPr>
              <w:t>Bænkpres</w:t>
            </w:r>
            <w:proofErr w:type="spellEnd"/>
            <w:r>
              <w:rPr>
                <w:b/>
                <w:color w:val="17365D"/>
                <w:sz w:val="17"/>
              </w:rPr>
              <w:t xml:space="preserve"> Equipped (kg)</w:t>
            </w:r>
          </w:p>
          <w:p w14:paraId="7322BC81" w14:textId="77777777" w:rsidR="0037669B" w:rsidRDefault="0037669B" w:rsidP="009F0F6F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679BA1EE" w14:textId="77777777" w:rsidR="0037669B" w:rsidRDefault="0037669B">
      <w:pPr>
        <w:spacing w:before="120" w:after="80"/>
        <w:rPr>
          <w:b/>
          <w:color w:val="2F5597"/>
          <w:sz w:val="26"/>
        </w:rPr>
      </w:pPr>
    </w:p>
    <w:p w14:paraId="1D0F5B8C" w14:textId="746F2998" w:rsidR="00D054C4" w:rsidRDefault="00000000">
      <w:pPr>
        <w:spacing w:before="120" w:after="80"/>
      </w:pPr>
      <w:r>
        <w:rPr>
          <w:b/>
          <w:color w:val="2F5597"/>
          <w:sz w:val="26"/>
        </w:rPr>
        <w:t>6. Bilag der skal medsendes</w:t>
      </w:r>
    </w:p>
    <w:tbl>
      <w:tblPr>
        <w:tblW w:w="10596" w:type="dxa"/>
        <w:jc w:val="center"/>
        <w:tblLayout w:type="fixed"/>
        <w:tblLook w:val="04A0" w:firstRow="1" w:lastRow="0" w:firstColumn="1" w:lastColumn="0" w:noHBand="0" w:noVBand="1"/>
      </w:tblPr>
      <w:tblGrid>
        <w:gridCol w:w="841"/>
        <w:gridCol w:w="2551"/>
        <w:gridCol w:w="7204"/>
      </w:tblGrid>
      <w:tr w:rsidR="00D054C4" w:rsidRPr="0037669B" w14:paraId="5204FF0E" w14:textId="77777777" w:rsidTr="00FA680E">
        <w:trPr>
          <w:jc w:val="center"/>
        </w:trPr>
        <w:tc>
          <w:tcPr>
            <w:tcW w:w="84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7F9FC"/>
            <w:vAlign w:val="center"/>
          </w:tcPr>
          <w:p w14:paraId="7137DB3B" w14:textId="77777777" w:rsidR="00D054C4" w:rsidRDefault="0000000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255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7F9FC"/>
            <w:vAlign w:val="center"/>
          </w:tcPr>
          <w:p w14:paraId="06E24A51" w14:textId="77777777" w:rsidR="00D054C4" w:rsidRDefault="00000000">
            <w:r>
              <w:rPr>
                <w:b/>
                <w:color w:val="000000"/>
                <w:sz w:val="18"/>
              </w:rPr>
              <w:t>Foto</w:t>
            </w:r>
          </w:p>
        </w:tc>
        <w:tc>
          <w:tcPr>
            <w:tcW w:w="7204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7F9FC"/>
            <w:vAlign w:val="center"/>
          </w:tcPr>
          <w:p w14:paraId="3249BDD9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lang w:val="da-DK"/>
              </w:rPr>
              <w:t>Nyt pasfoto-lignende billede. Se Bilag 1 – Fotokrav.</w:t>
            </w:r>
          </w:p>
        </w:tc>
      </w:tr>
      <w:tr w:rsidR="00D054C4" w:rsidRPr="0037669B" w14:paraId="0DC506C3" w14:textId="77777777" w:rsidTr="00FA680E">
        <w:trPr>
          <w:jc w:val="center"/>
        </w:trPr>
        <w:tc>
          <w:tcPr>
            <w:tcW w:w="84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24B99208" w14:textId="77777777" w:rsidR="00D054C4" w:rsidRDefault="0000000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255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7E23FD7E" w14:textId="77777777" w:rsidR="00D054C4" w:rsidRDefault="00000000">
            <w:r>
              <w:rPr>
                <w:b/>
                <w:color w:val="000000"/>
                <w:sz w:val="18"/>
              </w:rPr>
              <w:t>ADEL-certifikat</w:t>
            </w:r>
          </w:p>
        </w:tc>
        <w:tc>
          <w:tcPr>
            <w:tcW w:w="7204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45C0BAA4" w14:textId="77777777" w:rsidR="00D054C4" w:rsidRPr="00C3234A" w:rsidRDefault="00000000">
            <w:pPr>
              <w:rPr>
                <w:lang w:val="da-DK"/>
              </w:rPr>
            </w:pPr>
            <w:r>
              <w:rPr>
                <w:color w:val="000000"/>
                <w:sz w:val="18"/>
              </w:rPr>
              <w:t xml:space="preserve">Gyldigt “International-Level Athletes Education Program”. </w:t>
            </w:r>
            <w:r w:rsidRPr="00C3234A">
              <w:rPr>
                <w:color w:val="000000"/>
                <w:sz w:val="18"/>
                <w:lang w:val="da-DK"/>
              </w:rPr>
              <w:t>Certifikatet skal være gyldigt på stævnedagen; gyldighed oplyst som 2 år.</w:t>
            </w:r>
          </w:p>
        </w:tc>
      </w:tr>
      <w:tr w:rsidR="00D054C4" w:rsidRPr="0037669B" w14:paraId="555F545D" w14:textId="77777777" w:rsidTr="00FA680E">
        <w:trPr>
          <w:jc w:val="center"/>
        </w:trPr>
        <w:tc>
          <w:tcPr>
            <w:tcW w:w="84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7F9FC"/>
            <w:vAlign w:val="center"/>
          </w:tcPr>
          <w:p w14:paraId="5AA130DE" w14:textId="77777777" w:rsidR="00D054C4" w:rsidRDefault="0000000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255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7F9FC"/>
            <w:vAlign w:val="center"/>
          </w:tcPr>
          <w:p w14:paraId="74DCA02B" w14:textId="77777777" w:rsidR="00D054C4" w:rsidRDefault="00000000">
            <w:r>
              <w:rPr>
                <w:b/>
                <w:color w:val="000000"/>
                <w:sz w:val="18"/>
              </w:rPr>
              <w:t>Consent Form</w:t>
            </w:r>
          </w:p>
        </w:tc>
        <w:tc>
          <w:tcPr>
            <w:tcW w:w="7204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7F9FC"/>
            <w:vAlign w:val="center"/>
          </w:tcPr>
          <w:p w14:paraId="4EF9848F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t xml:space="preserve">Underskrevet IPF </w:t>
            </w:r>
            <w:proofErr w:type="spellStart"/>
            <w:r w:rsidRPr="00C3234A">
              <w:rPr>
                <w:color w:val="000000"/>
                <w:sz w:val="18"/>
                <w:lang w:val="da-DK"/>
              </w:rPr>
              <w:t>Consent</w:t>
            </w:r>
            <w:proofErr w:type="spellEnd"/>
            <w:r w:rsidRPr="00C3234A">
              <w:rPr>
                <w:color w:val="000000"/>
                <w:sz w:val="18"/>
                <w:lang w:val="da-DK"/>
              </w:rPr>
              <w:t xml:space="preserve"> Form i PDF-format.</w:t>
            </w:r>
          </w:p>
        </w:tc>
      </w:tr>
      <w:tr w:rsidR="00D054C4" w:rsidRPr="0037669B" w14:paraId="707655A4" w14:textId="77777777" w:rsidTr="00FA680E">
        <w:trPr>
          <w:jc w:val="center"/>
        </w:trPr>
        <w:tc>
          <w:tcPr>
            <w:tcW w:w="84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45345BA3" w14:textId="77777777" w:rsidR="00D054C4" w:rsidRDefault="0000000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2551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04AC4C9E" w14:textId="77777777" w:rsidR="00D054C4" w:rsidRDefault="00000000">
            <w:r>
              <w:rPr>
                <w:b/>
                <w:color w:val="000000"/>
                <w:sz w:val="18"/>
              </w:rPr>
              <w:t>Dette tilmeldingsskema</w:t>
            </w:r>
          </w:p>
        </w:tc>
        <w:tc>
          <w:tcPr>
            <w:tcW w:w="7204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6103F90D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t>Udfyldt fuldstændigt og afleveret via klub/forening.</w:t>
            </w:r>
          </w:p>
        </w:tc>
      </w:tr>
    </w:tbl>
    <w:p w14:paraId="06C06054" w14:textId="77777777" w:rsidR="00D054C4" w:rsidRPr="00C3234A" w:rsidRDefault="00000000">
      <w:pPr>
        <w:spacing w:before="80" w:after="0"/>
        <w:rPr>
          <w:lang w:val="da-DK"/>
        </w:rPr>
      </w:pPr>
      <w:r w:rsidRPr="00C3234A">
        <w:rPr>
          <w:b/>
          <w:lang w:val="da-DK"/>
        </w:rPr>
        <w:t xml:space="preserve">Links: </w:t>
      </w:r>
      <w:hyperlink r:id="rId9">
        <w:r w:rsidR="00D054C4" w:rsidRPr="00C3234A">
          <w:rPr>
            <w:color w:val="0563C1"/>
            <w:u w:val="single"/>
            <w:lang w:val="da-DK"/>
          </w:rPr>
          <w:t xml:space="preserve">IPF </w:t>
        </w:r>
        <w:proofErr w:type="spellStart"/>
        <w:r w:rsidR="00D054C4" w:rsidRPr="00C3234A">
          <w:rPr>
            <w:color w:val="0563C1"/>
            <w:u w:val="single"/>
            <w:lang w:val="da-DK"/>
          </w:rPr>
          <w:t>Con</w:t>
        </w:r>
        <w:r w:rsidR="00D054C4" w:rsidRPr="00C3234A">
          <w:rPr>
            <w:color w:val="0563C1"/>
            <w:u w:val="single"/>
            <w:lang w:val="da-DK"/>
          </w:rPr>
          <w:t>s</w:t>
        </w:r>
        <w:r w:rsidR="00D054C4" w:rsidRPr="00C3234A">
          <w:rPr>
            <w:color w:val="0563C1"/>
            <w:u w:val="single"/>
            <w:lang w:val="da-DK"/>
          </w:rPr>
          <w:t>ent</w:t>
        </w:r>
        <w:proofErr w:type="spellEnd"/>
        <w:r w:rsidR="00D054C4" w:rsidRPr="00C3234A">
          <w:rPr>
            <w:color w:val="0563C1"/>
            <w:u w:val="single"/>
            <w:lang w:val="da-DK"/>
          </w:rPr>
          <w:t xml:space="preserve"> Form</w:t>
        </w:r>
      </w:hyperlink>
      <w:r w:rsidRPr="00C3234A">
        <w:rPr>
          <w:lang w:val="da-DK"/>
        </w:rPr>
        <w:t xml:space="preserve"> · </w:t>
      </w:r>
      <w:hyperlink r:id="rId10">
        <w:r w:rsidR="00D054C4" w:rsidRPr="00C3234A">
          <w:rPr>
            <w:color w:val="0563C1"/>
            <w:u w:val="single"/>
            <w:lang w:val="da-DK"/>
          </w:rPr>
          <w:t>Guide til elektronisk underskrift</w:t>
        </w:r>
      </w:hyperlink>
      <w:r w:rsidRPr="00C3234A">
        <w:rPr>
          <w:lang w:val="da-DK"/>
        </w:rPr>
        <w:t xml:space="preserve"> · </w:t>
      </w:r>
      <w:hyperlink r:id="rId11">
        <w:r w:rsidR="00D054C4" w:rsidRPr="00C3234A">
          <w:rPr>
            <w:color w:val="0563C1"/>
            <w:u w:val="single"/>
            <w:lang w:val="da-DK"/>
          </w:rPr>
          <w:t>ADEL</w:t>
        </w:r>
      </w:hyperlink>
    </w:p>
    <w:p w14:paraId="1D3C31C9" w14:textId="77777777" w:rsidR="00D054C4" w:rsidRPr="00C3234A" w:rsidRDefault="00000000">
      <w:pPr>
        <w:rPr>
          <w:lang w:val="da-DK"/>
        </w:rPr>
      </w:pPr>
      <w:r w:rsidRPr="00C3234A">
        <w:rPr>
          <w:lang w:val="da-DK"/>
        </w:rPr>
        <w:br w:type="page"/>
      </w:r>
    </w:p>
    <w:p w14:paraId="294EB97F" w14:textId="77777777" w:rsidR="00D054C4" w:rsidRDefault="00000000">
      <w:pPr>
        <w:spacing w:before="120" w:after="80"/>
      </w:pPr>
      <w:r>
        <w:rPr>
          <w:b/>
        </w:rPr>
        <w:lastRenderedPageBreak/>
        <w:t>7. Officielt stævnehotel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550"/>
        <w:gridCol w:w="505"/>
      </w:tblGrid>
      <w:tr w:rsidR="00D054C4" w:rsidRPr="00C3234A" w14:paraId="448312A6" w14:textId="77777777">
        <w:trPr>
          <w:gridAfter w:val="1"/>
          <w:wAfter w:w="505" w:type="dxa"/>
          <w:jc w:val="center"/>
        </w:trPr>
        <w:tc>
          <w:tcPr>
            <w:tcW w:w="10596" w:type="dxa"/>
            <w:gridSpan w:val="2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4C2F0FEF" w14:textId="70E96A52" w:rsidR="00D054C4" w:rsidRPr="00C3234A" w:rsidRDefault="00000000">
            <w:pPr>
              <w:spacing w:after="0"/>
              <w:rPr>
                <w:lang w:val="da-DK"/>
              </w:rPr>
            </w:pPr>
            <w:r w:rsidRPr="00C3234A">
              <w:rPr>
                <w:b/>
                <w:sz w:val="18"/>
                <w:lang w:val="da-DK"/>
              </w:rPr>
              <w:t>For at opretholde akkreditering som atlet eller træner er det et krav, at man bor på det/de officielle stævnehoteller i stævneperioden.</w:t>
            </w:r>
            <w:r w:rsidR="00C3234A">
              <w:rPr>
                <w:b/>
                <w:sz w:val="18"/>
                <w:lang w:val="da-DK"/>
              </w:rPr>
              <w:t xml:space="preserve"> Tilgængelige hoteller finde</w:t>
            </w:r>
            <w:r w:rsidR="00FA680E">
              <w:rPr>
                <w:b/>
                <w:sz w:val="18"/>
                <w:lang w:val="da-DK"/>
              </w:rPr>
              <w:t>s</w:t>
            </w:r>
            <w:r w:rsidR="00C3234A">
              <w:rPr>
                <w:b/>
                <w:sz w:val="18"/>
                <w:lang w:val="da-DK"/>
              </w:rPr>
              <w:t xml:space="preserve"> på stævne invitationen.</w:t>
            </w:r>
          </w:p>
        </w:tc>
      </w:tr>
      <w:tr w:rsidR="00D054C4" w14:paraId="31E7ABEC" w14:textId="77777777">
        <w:trPr>
          <w:trHeight w:val="510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736F4770" w14:textId="45A0CEC4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Hotel</w:t>
            </w:r>
            <w:r w:rsidR="00FA680E"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navn</w:t>
            </w:r>
            <w:proofErr w:type="spellEnd"/>
          </w:p>
          <w:p w14:paraId="0F148B6D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gridSpan w:val="2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22359244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Værelsestype (enkelt/dobbelt mv.)</w:t>
            </w:r>
          </w:p>
          <w:p w14:paraId="7C3900FC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28C9C8BF" w14:textId="77777777">
        <w:trPr>
          <w:trHeight w:val="510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1FBB57A0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Ankomstdato</w:t>
            </w:r>
          </w:p>
          <w:p w14:paraId="711D5543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gridSpan w:val="2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0D5CD7C4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Afrejsedato</w:t>
            </w:r>
          </w:p>
          <w:p w14:paraId="3DCE2763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3AA9D144" w14:textId="77777777">
        <w:trPr>
          <w:trHeight w:val="510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02721AC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Banket – ja/nej og antal</w:t>
            </w:r>
          </w:p>
          <w:p w14:paraId="5843BEF7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gridSpan w:val="2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3A01F0C2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Evt. navn på værelsesmakker</w:t>
            </w:r>
          </w:p>
          <w:p w14:paraId="777E12F2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</w:tbl>
    <w:p w14:paraId="1FCDE137" w14:textId="77777777" w:rsidR="00D054C4" w:rsidRDefault="00000000">
      <w:pPr>
        <w:spacing w:before="120" w:after="80"/>
      </w:pPr>
      <w:r>
        <w:rPr>
          <w:b/>
        </w:rPr>
        <w:t>8. Lufthavnstransport – hvis relevant</w:t>
      </w:r>
    </w:p>
    <w:p w14:paraId="3845C7B5" w14:textId="77777777" w:rsidR="00D054C4" w:rsidRPr="00C3234A" w:rsidRDefault="00000000">
      <w:pPr>
        <w:spacing w:after="60"/>
        <w:rPr>
          <w:lang w:val="da-DK"/>
        </w:rPr>
      </w:pPr>
      <w:r w:rsidRPr="00C3234A">
        <w:rPr>
          <w:lang w:val="da-DK"/>
        </w:rPr>
        <w:t>Udfyld kun denne del, hvis du skal hentes i lufthavnen i forbindelse med stævnet og/eller køres retur.</w:t>
      </w:r>
    </w:p>
    <w:p w14:paraId="680B4497" w14:textId="77777777" w:rsidR="00D054C4" w:rsidRDefault="00000000">
      <w:pPr>
        <w:spacing w:before="60" w:after="40"/>
      </w:pPr>
      <w:proofErr w:type="spellStart"/>
      <w:r>
        <w:rPr>
          <w:b/>
          <w:color w:val="2F5597"/>
        </w:rPr>
        <w:t>Ankomst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  <w:gridCol w:w="2119"/>
      </w:tblGrid>
      <w:tr w:rsidR="00D054C4" w14:paraId="3FA03B17" w14:textId="77777777">
        <w:trPr>
          <w:jc w:val="center"/>
        </w:trPr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13534CE5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Dato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7DB9A037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Tidspunkt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55445291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Fly nr.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392076CB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Terminal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2D7A15BA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Lufthavn</w:t>
            </w:r>
          </w:p>
        </w:tc>
      </w:tr>
      <w:tr w:rsidR="00D054C4" w14:paraId="77D65A16" w14:textId="77777777">
        <w:trPr>
          <w:trHeight w:val="510"/>
          <w:jc w:val="center"/>
        </w:trPr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0107B5E1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FD92805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68E112E5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D9EC0AF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6E52C181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</w:tr>
    </w:tbl>
    <w:p w14:paraId="754AF14E" w14:textId="77777777" w:rsidR="00D054C4" w:rsidRDefault="00000000">
      <w:pPr>
        <w:spacing w:before="60" w:after="40"/>
      </w:pPr>
      <w:r>
        <w:rPr>
          <w:b/>
          <w:color w:val="2F5597"/>
        </w:rPr>
        <w:t>Afrejse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  <w:gridCol w:w="2119"/>
      </w:tblGrid>
      <w:tr w:rsidR="00D054C4" w14:paraId="13BE7AD7" w14:textId="77777777">
        <w:trPr>
          <w:jc w:val="center"/>
        </w:trPr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57182C27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Dato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5562C6E2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Tidspunkt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4974A976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Fly nr.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1B95FA26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Terminal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D9E1F2"/>
            <w:vAlign w:val="center"/>
          </w:tcPr>
          <w:p w14:paraId="63AA34F5" w14:textId="77777777" w:rsidR="00D054C4" w:rsidRDefault="00000000">
            <w:pPr>
              <w:jc w:val="center"/>
            </w:pPr>
            <w:r>
              <w:rPr>
                <w:b/>
                <w:color w:val="17365D"/>
                <w:sz w:val="17"/>
              </w:rPr>
              <w:t>Lufthavn</w:t>
            </w:r>
          </w:p>
        </w:tc>
      </w:tr>
      <w:tr w:rsidR="00D054C4" w14:paraId="2312DD92" w14:textId="77777777">
        <w:trPr>
          <w:trHeight w:val="510"/>
          <w:jc w:val="center"/>
        </w:trPr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0D7B49CC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4DCAD9B8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7A0F5409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3917E890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119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6541A990" w14:textId="77777777" w:rsidR="00D054C4" w:rsidRDefault="00000000">
            <w:r>
              <w:rPr>
                <w:color w:val="000000"/>
                <w:sz w:val="18"/>
              </w:rPr>
              <w:t xml:space="preserve"> </w:t>
            </w:r>
          </w:p>
        </w:tc>
      </w:tr>
    </w:tbl>
    <w:p w14:paraId="25CADEDE" w14:textId="77777777" w:rsidR="00D054C4" w:rsidRDefault="00000000">
      <w:pPr>
        <w:spacing w:before="120" w:after="80"/>
      </w:pPr>
      <w:r>
        <w:rPr>
          <w:b/>
        </w:rPr>
        <w:t>9. Pas, visum og betaling</w:t>
      </w:r>
    </w:p>
    <w:p w14:paraId="72D4A04B" w14:textId="77777777" w:rsidR="00D054C4" w:rsidRPr="00C3234A" w:rsidRDefault="00000000">
      <w:pPr>
        <w:spacing w:after="40"/>
        <w:ind w:left="142"/>
        <w:rPr>
          <w:lang w:val="da-DK"/>
        </w:rPr>
      </w:pPr>
      <w:r w:rsidRPr="00C3234A">
        <w:rPr>
          <w:lang w:val="da-DK"/>
        </w:rPr>
        <w:t>☐ Jeg har kontrolleret, at mit pas er gyldigt i minimum 6 måneder efter stævnets afslutning.</w:t>
      </w:r>
    </w:p>
    <w:p w14:paraId="62165F8B" w14:textId="77777777" w:rsidR="00D054C4" w:rsidRPr="00C3234A" w:rsidRDefault="00000000">
      <w:pPr>
        <w:spacing w:after="40"/>
        <w:ind w:left="142"/>
        <w:rPr>
          <w:lang w:val="da-DK"/>
        </w:rPr>
      </w:pPr>
      <w:r w:rsidRPr="00C3234A">
        <w:rPr>
          <w:lang w:val="da-DK"/>
        </w:rPr>
        <w:t>☐ Jeg har undersøgt, om der kræves visum/indrejsetilladelse til det pågældende land.</w:t>
      </w:r>
    </w:p>
    <w:p w14:paraId="0F5C52E8" w14:textId="77777777" w:rsidR="00D054C4" w:rsidRPr="00C3234A" w:rsidRDefault="00000000">
      <w:pPr>
        <w:spacing w:after="40"/>
        <w:ind w:left="142"/>
        <w:rPr>
          <w:lang w:val="da-DK"/>
        </w:rPr>
      </w:pPr>
      <w:r w:rsidRPr="00C3234A">
        <w:rPr>
          <w:lang w:val="da-DK"/>
        </w:rPr>
        <w:t xml:space="preserve">☐ Jeg er bekendt med, at klub/løfter hæfter for startgebyret, hvis en tilmeldt løfter </w:t>
      </w:r>
      <w:proofErr w:type="gramStart"/>
      <w:r w:rsidRPr="00C3234A">
        <w:rPr>
          <w:lang w:val="da-DK"/>
        </w:rPr>
        <w:t>senere</w:t>
      </w:r>
      <w:proofErr w:type="gramEnd"/>
      <w:r w:rsidRPr="00C3234A">
        <w:rPr>
          <w:lang w:val="da-DK"/>
        </w:rPr>
        <w:t xml:space="preserve"> ikke deltager.</w:t>
      </w:r>
    </w:p>
    <w:p w14:paraId="63E547F9" w14:textId="77777777" w:rsidR="00D054C4" w:rsidRPr="00C3234A" w:rsidRDefault="00000000">
      <w:pPr>
        <w:spacing w:after="40"/>
        <w:ind w:left="142"/>
        <w:rPr>
          <w:lang w:val="da-DK"/>
        </w:rPr>
      </w:pPr>
      <w:r w:rsidRPr="00C3234A">
        <w:rPr>
          <w:lang w:val="da-DK"/>
        </w:rPr>
        <w:t>☐ Jeg er bekendt med, at der ved nogle stævner kan være krav om forudbetaling af hotel og transport.</w:t>
      </w:r>
    </w:p>
    <w:p w14:paraId="6E071669" w14:textId="77777777" w:rsidR="00D054C4" w:rsidRPr="00C3234A" w:rsidRDefault="00000000">
      <w:pPr>
        <w:spacing w:after="40"/>
        <w:ind w:left="142"/>
        <w:rPr>
          <w:lang w:val="da-DK"/>
        </w:rPr>
      </w:pPr>
      <w:r w:rsidRPr="00C3234A">
        <w:rPr>
          <w:lang w:val="da-DK"/>
        </w:rPr>
        <w:t>☐ Jeg er bekendt med, at fakturerede beløb efter den gældende procedure skal være betalt senest 28 dage før stævnestart, ellers kan nomineringen blive fjernet.</w:t>
      </w:r>
    </w:p>
    <w:p w14:paraId="20F3BD1F" w14:textId="77777777" w:rsidR="00D054C4" w:rsidRDefault="00000000">
      <w:pPr>
        <w:spacing w:before="120" w:after="80"/>
      </w:pPr>
      <w:r>
        <w:rPr>
          <w:b/>
        </w:rPr>
        <w:t>10. Løfterens og klubbens kontrol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  <w:gridCol w:w="504"/>
      </w:tblGrid>
      <w:tr w:rsidR="00D054C4" w14:paraId="141E80F1" w14:textId="77777777">
        <w:trPr>
          <w:trHeight w:val="510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41AB1538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Løfterens navn</w:t>
            </w:r>
          </w:p>
          <w:p w14:paraId="5B59DFB5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gridSpan w:val="2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21E7FED8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Klub/forening</w:t>
            </w:r>
          </w:p>
          <w:p w14:paraId="5C286102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14:paraId="17077B76" w14:textId="77777777">
        <w:trPr>
          <w:trHeight w:val="510"/>
          <w:jc w:val="center"/>
        </w:trPr>
        <w:tc>
          <w:tcPr>
            <w:tcW w:w="5046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714550A6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Dato</w:t>
            </w:r>
          </w:p>
          <w:p w14:paraId="0B33EBDD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  <w:tc>
          <w:tcPr>
            <w:tcW w:w="5046" w:type="dxa"/>
            <w:gridSpan w:val="2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</w:tcPr>
          <w:p w14:paraId="61EC44FD" w14:textId="77777777" w:rsidR="00D054C4" w:rsidRDefault="00000000">
            <w:pPr>
              <w:spacing w:after="20"/>
            </w:pPr>
            <w:r>
              <w:rPr>
                <w:b/>
                <w:color w:val="17365D"/>
                <w:sz w:val="17"/>
              </w:rPr>
              <w:t>Kontaktperson i klubben</w:t>
            </w:r>
          </w:p>
          <w:p w14:paraId="401F9798" w14:textId="77777777" w:rsidR="00D054C4" w:rsidRDefault="00000000">
            <w:pPr>
              <w:spacing w:after="0" w:line="288" w:lineRule="auto"/>
            </w:pPr>
            <w:r>
              <w:t xml:space="preserve"> </w:t>
            </w:r>
          </w:p>
        </w:tc>
      </w:tr>
      <w:tr w:rsidR="00D054C4" w:rsidRPr="0037669B" w14:paraId="7C38DE45" w14:textId="77777777">
        <w:trPr>
          <w:gridAfter w:val="1"/>
          <w:wAfter w:w="504" w:type="dxa"/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2F2F2"/>
          </w:tcPr>
          <w:p w14:paraId="15181E29" w14:textId="77777777" w:rsidR="00D054C4" w:rsidRDefault="00000000">
            <w:r>
              <w:rPr>
                <w:b/>
                <w:color w:val="17365D"/>
                <w:sz w:val="17"/>
              </w:rPr>
              <w:t>Løfterens underskrift / bekræftelse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2F2F2"/>
          </w:tcPr>
          <w:p w14:paraId="5949B886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b/>
                <w:color w:val="17365D"/>
                <w:sz w:val="17"/>
                <w:lang w:val="da-DK"/>
              </w:rPr>
              <w:t>Klubbens kontrol / godkendelse til fremsendelse</w:t>
            </w:r>
          </w:p>
        </w:tc>
      </w:tr>
      <w:tr w:rsidR="00D054C4" w:rsidRPr="0037669B" w14:paraId="0F823459" w14:textId="77777777">
        <w:trPr>
          <w:gridAfter w:val="1"/>
          <w:wAfter w:w="504" w:type="dxa"/>
          <w:trHeight w:val="964"/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2CB3E4FE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br/>
            </w:r>
            <w:r w:rsidRPr="00C3234A">
              <w:rPr>
                <w:color w:val="000000"/>
                <w:sz w:val="18"/>
                <w:lang w:val="da-DK"/>
              </w:rPr>
              <w:br/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0C64BBB8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8"/>
                <w:lang w:val="da-DK"/>
              </w:rPr>
              <w:br/>
            </w:r>
            <w:r w:rsidRPr="00C3234A">
              <w:rPr>
                <w:color w:val="000000"/>
                <w:sz w:val="18"/>
                <w:lang w:val="da-DK"/>
              </w:rPr>
              <w:br/>
            </w:r>
          </w:p>
        </w:tc>
      </w:tr>
    </w:tbl>
    <w:p w14:paraId="111EFE25" w14:textId="77777777" w:rsidR="00D054C4" w:rsidRPr="00C3234A" w:rsidRDefault="00000000">
      <w:pPr>
        <w:spacing w:before="160"/>
        <w:jc w:val="center"/>
        <w:rPr>
          <w:lang w:val="da-DK"/>
        </w:rPr>
      </w:pPr>
      <w:r w:rsidRPr="00C3234A">
        <w:rPr>
          <w:b/>
          <w:color w:val="17365D"/>
          <w:sz w:val="21"/>
          <w:lang w:val="da-DK"/>
        </w:rPr>
        <w:t>Sendes via egen klub/forening til: masterudvalget@styrke.dk</w:t>
      </w:r>
    </w:p>
    <w:p w14:paraId="6D0893AD" w14:textId="77777777" w:rsidR="00D054C4" w:rsidRPr="00C3234A" w:rsidRDefault="00000000">
      <w:pPr>
        <w:spacing w:before="40"/>
        <w:jc w:val="center"/>
        <w:rPr>
          <w:lang w:val="da-DK"/>
        </w:rPr>
      </w:pPr>
      <w:r w:rsidRPr="00C3234A">
        <w:rPr>
          <w:lang w:val="da-DK"/>
        </w:rPr>
        <w:t xml:space="preserve">Yderligere information: </w:t>
      </w:r>
      <w:hyperlink r:id="rId12">
        <w:r w:rsidR="00D054C4" w:rsidRPr="00C3234A">
          <w:rPr>
            <w:color w:val="0563C1"/>
            <w:u w:val="single"/>
            <w:lang w:val="da-DK"/>
          </w:rPr>
          <w:t>Masterudvalget på styrke.dk</w:t>
        </w:r>
      </w:hyperlink>
    </w:p>
    <w:p w14:paraId="7D164390" w14:textId="77777777" w:rsidR="00D054C4" w:rsidRPr="00C3234A" w:rsidRDefault="00000000">
      <w:pPr>
        <w:rPr>
          <w:lang w:val="da-DK"/>
        </w:rPr>
      </w:pPr>
      <w:r w:rsidRPr="00C3234A">
        <w:rPr>
          <w:lang w:val="da-DK"/>
        </w:rPr>
        <w:br w:type="page"/>
      </w:r>
    </w:p>
    <w:p w14:paraId="5A2AE4EB" w14:textId="77777777" w:rsidR="00D054C4" w:rsidRPr="00C3234A" w:rsidRDefault="00000000">
      <w:pPr>
        <w:spacing w:before="120" w:after="80"/>
        <w:rPr>
          <w:lang w:val="da-DK"/>
        </w:rPr>
      </w:pPr>
      <w:r w:rsidRPr="00C3234A">
        <w:rPr>
          <w:b/>
          <w:sz w:val="32"/>
          <w:lang w:val="da-DK"/>
        </w:rPr>
        <w:lastRenderedPageBreak/>
        <w:t>Bilag 1 – Fotokrav til IPF NS</w:t>
      </w:r>
    </w:p>
    <w:p w14:paraId="3A9D0415" w14:textId="77777777" w:rsidR="00D054C4" w:rsidRPr="00C3234A" w:rsidRDefault="00000000">
      <w:pPr>
        <w:spacing w:after="80"/>
        <w:rPr>
          <w:lang w:val="da-DK"/>
        </w:rPr>
      </w:pPr>
      <w:r w:rsidRPr="00C3234A">
        <w:rPr>
          <w:lang w:val="da-DK"/>
        </w:rPr>
        <w:t>Fotoet skal være et nyt, pasfoto-lignende billede og følge nedenstående krav. Bilaget er en del af tilmeldingsskemaet og skal bruges som vejledning ved valg af foto.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D054C4" w14:paraId="50A2F932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107C41"/>
            <w:vAlign w:val="center"/>
          </w:tcPr>
          <w:p w14:paraId="34B26502" w14:textId="034EB015" w:rsidR="00D054C4" w:rsidRDefault="00000000">
            <w:pPr>
              <w:jc w:val="center"/>
            </w:pPr>
            <w:proofErr w:type="gramStart"/>
            <w:r>
              <w:rPr>
                <w:b/>
                <w:color w:val="FFFFFF"/>
                <w:sz w:val="22"/>
              </w:rPr>
              <w:t xml:space="preserve">✓  </w:t>
            </w:r>
            <w:r w:rsidR="00C3234A">
              <w:rPr>
                <w:b/>
                <w:color w:val="FFFFFF"/>
                <w:sz w:val="22"/>
              </w:rPr>
              <w:t>OK</w:t>
            </w:r>
            <w:proofErr w:type="gramEnd"/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C00000"/>
            <w:vAlign w:val="center"/>
          </w:tcPr>
          <w:p w14:paraId="3AD9CD3A" w14:textId="0AECB44F" w:rsidR="00D054C4" w:rsidRDefault="00000000">
            <w:pPr>
              <w:jc w:val="center"/>
            </w:pPr>
            <w:proofErr w:type="gramStart"/>
            <w:r>
              <w:rPr>
                <w:b/>
                <w:color w:val="FFFFFF"/>
                <w:sz w:val="22"/>
              </w:rPr>
              <w:t xml:space="preserve">✗  </w:t>
            </w:r>
            <w:r w:rsidR="00C3234A">
              <w:rPr>
                <w:b/>
                <w:color w:val="FFFFFF"/>
                <w:sz w:val="22"/>
              </w:rPr>
              <w:t>NO</w:t>
            </w:r>
            <w:proofErr w:type="gramEnd"/>
            <w:r w:rsidR="00C3234A">
              <w:rPr>
                <w:b/>
                <w:color w:val="FFFFFF"/>
                <w:sz w:val="22"/>
              </w:rPr>
              <w:t xml:space="preserve"> GO</w:t>
            </w:r>
          </w:p>
        </w:tc>
      </w:tr>
      <w:tr w:rsidR="00D054C4" w14:paraId="11D48A29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3FAF6"/>
            <w:vAlign w:val="center"/>
          </w:tcPr>
          <w:p w14:paraId="173EC5D0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✓ Ansigtet centreret og direkte mod kameraet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FF5F3"/>
            <w:vAlign w:val="center"/>
          </w:tcPr>
          <w:p w14:paraId="5E377D73" w14:textId="77777777" w:rsidR="00D054C4" w:rsidRDefault="00000000">
            <w:r>
              <w:rPr>
                <w:color w:val="000000"/>
                <w:sz w:val="17"/>
              </w:rPr>
              <w:t xml:space="preserve">✗ Ingen hat </w:t>
            </w:r>
            <w:proofErr w:type="spellStart"/>
            <w:r>
              <w:rPr>
                <w:color w:val="000000"/>
                <w:sz w:val="17"/>
              </w:rPr>
              <w:t>eller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hovedbeklædning</w:t>
            </w:r>
            <w:proofErr w:type="spellEnd"/>
          </w:p>
        </w:tc>
      </w:tr>
      <w:tr w:rsidR="00D054C4" w14:paraId="726163E9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21C4F128" w14:textId="77777777" w:rsidR="00D054C4" w:rsidRDefault="00000000">
            <w:r>
              <w:rPr>
                <w:color w:val="000000"/>
                <w:sz w:val="17"/>
              </w:rPr>
              <w:t>✓ Øjnene åbne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B645018" w14:textId="77777777" w:rsidR="00D054C4" w:rsidRDefault="00000000">
            <w:r>
              <w:rPr>
                <w:color w:val="000000"/>
                <w:sz w:val="17"/>
              </w:rPr>
              <w:t>✗ Ingen solbriller</w:t>
            </w:r>
          </w:p>
        </w:tc>
      </w:tr>
      <w:tr w:rsidR="00D054C4" w14:paraId="4B083D55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3FAF6"/>
            <w:vAlign w:val="center"/>
          </w:tcPr>
          <w:p w14:paraId="1D42CE85" w14:textId="77777777" w:rsidR="00D054C4" w:rsidRDefault="00000000">
            <w:r>
              <w:rPr>
                <w:color w:val="000000"/>
                <w:sz w:val="17"/>
              </w:rPr>
              <w:t>✓ Hvid baggrund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FF5F3"/>
            <w:vAlign w:val="center"/>
          </w:tcPr>
          <w:p w14:paraId="26F974F2" w14:textId="77777777" w:rsidR="00D054C4" w:rsidRDefault="00000000">
            <w:r>
              <w:rPr>
                <w:color w:val="000000"/>
                <w:sz w:val="17"/>
              </w:rPr>
              <w:t>✗ Ingen sideprofil</w:t>
            </w:r>
          </w:p>
        </w:tc>
      </w:tr>
      <w:tr w:rsidR="00D054C4" w:rsidRPr="0037669B" w14:paraId="3C31D068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625C26B" w14:textId="77777777" w:rsidR="00D054C4" w:rsidRDefault="00000000">
            <w:r>
              <w:rPr>
                <w:color w:val="000000"/>
                <w:sz w:val="17"/>
              </w:rPr>
              <w:t>✓ Hoved og skuldre synlige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41A042DC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✗ Se ikke ned eller væk fra kameraet</w:t>
            </w:r>
          </w:p>
        </w:tc>
      </w:tr>
      <w:tr w:rsidR="00D054C4" w:rsidRPr="0037669B" w14:paraId="4C8AFAFB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3FAF6"/>
            <w:vAlign w:val="center"/>
          </w:tcPr>
          <w:p w14:paraId="5E15017E" w14:textId="77777777" w:rsidR="00D054C4" w:rsidRDefault="00000000">
            <w:r>
              <w:rPr>
                <w:color w:val="000000"/>
                <w:sz w:val="17"/>
              </w:rPr>
              <w:t xml:space="preserve">✓ Neutral </w:t>
            </w:r>
            <w:proofErr w:type="spellStart"/>
            <w:r>
              <w:rPr>
                <w:color w:val="000000"/>
                <w:sz w:val="17"/>
              </w:rPr>
              <w:t>ansigtsudtryk</w:t>
            </w:r>
            <w:proofErr w:type="spellEnd"/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FF5F3"/>
            <w:vAlign w:val="center"/>
          </w:tcPr>
          <w:p w14:paraId="66E72533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✗ Ingen filtre eller kraftige skygger</w:t>
            </w:r>
          </w:p>
        </w:tc>
      </w:tr>
      <w:tr w:rsidR="00D054C4" w:rsidRPr="0037669B" w14:paraId="1193E7DE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0ACB46C7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✓ God luft over hovedet i beskæringen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336700BB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✗ Ingen ikke-IPF-godkendte beklædningslogoer</w:t>
            </w:r>
          </w:p>
        </w:tc>
      </w:tr>
      <w:tr w:rsidR="00D054C4" w14:paraId="51472071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3FAF6"/>
            <w:vAlign w:val="center"/>
          </w:tcPr>
          <w:p w14:paraId="7232F2A2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✓ T-shirt, jakke, opvarmningsjakke eller anden overdel er tilladt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FF5F3"/>
            <w:vAlign w:val="center"/>
          </w:tcPr>
          <w:p w14:paraId="27931987" w14:textId="77777777" w:rsidR="00D054C4" w:rsidRDefault="00000000">
            <w:r>
              <w:rPr>
                <w:color w:val="000000"/>
                <w:sz w:val="17"/>
              </w:rPr>
              <w:t xml:space="preserve">✗ Ingen </w:t>
            </w:r>
            <w:proofErr w:type="spellStart"/>
            <w:r>
              <w:rPr>
                <w:color w:val="000000"/>
                <w:sz w:val="17"/>
              </w:rPr>
              <w:t>ikke</w:t>
            </w:r>
            <w:proofErr w:type="spellEnd"/>
            <w:r>
              <w:rPr>
                <w:color w:val="000000"/>
                <w:sz w:val="17"/>
              </w:rPr>
              <w:t>-IPF-</w:t>
            </w:r>
            <w:proofErr w:type="spellStart"/>
            <w:r>
              <w:rPr>
                <w:color w:val="000000"/>
                <w:sz w:val="17"/>
              </w:rPr>
              <w:t>sponsorlogoer</w:t>
            </w:r>
            <w:proofErr w:type="spellEnd"/>
          </w:p>
        </w:tc>
      </w:tr>
      <w:tr w:rsidR="00D054C4" w14:paraId="03002378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30B46512" w14:textId="77777777" w:rsidR="00D054C4" w:rsidRPr="00C3234A" w:rsidRDefault="00000000">
            <w:pPr>
              <w:rPr>
                <w:lang w:val="da-DK"/>
              </w:rPr>
            </w:pPr>
            <w:r w:rsidRPr="00C3234A">
              <w:rPr>
                <w:color w:val="000000"/>
                <w:sz w:val="17"/>
                <w:lang w:val="da-DK"/>
              </w:rPr>
              <w:t>✓ Logo må kun være IPF-godkendt beklædningslogo, IPF-sponsorlogo eller løfterens nation/navn</w:t>
            </w:r>
          </w:p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vAlign w:val="center"/>
          </w:tcPr>
          <w:p w14:paraId="13962B19" w14:textId="77777777" w:rsidR="00D054C4" w:rsidRDefault="00000000">
            <w:r>
              <w:rPr>
                <w:color w:val="000000"/>
                <w:sz w:val="17"/>
              </w:rPr>
              <w:t xml:space="preserve">✗ Ingen </w:t>
            </w:r>
            <w:proofErr w:type="spellStart"/>
            <w:r>
              <w:rPr>
                <w:color w:val="000000"/>
                <w:sz w:val="17"/>
              </w:rPr>
              <w:t>tanktop</w:t>
            </w:r>
            <w:proofErr w:type="spellEnd"/>
          </w:p>
        </w:tc>
      </w:tr>
      <w:tr w:rsidR="00D054C4" w14:paraId="340142DC" w14:textId="77777777">
        <w:trPr>
          <w:jc w:val="center"/>
        </w:trPr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3FAF6"/>
            <w:vAlign w:val="center"/>
          </w:tcPr>
          <w:p w14:paraId="375D6DB7" w14:textId="77777777" w:rsidR="00D054C4" w:rsidRDefault="00D054C4"/>
        </w:tc>
        <w:tc>
          <w:tcPr>
            <w:tcW w:w="5298" w:type="dxa"/>
            <w:tcBorders>
              <w:top w:val="single" w:sz="8" w:space="0" w:color="B7C9E2"/>
              <w:left w:val="single" w:sz="8" w:space="0" w:color="B7C9E2"/>
              <w:bottom w:val="single" w:sz="8" w:space="0" w:color="B7C9E2"/>
              <w:right w:val="single" w:sz="8" w:space="0" w:color="B7C9E2"/>
            </w:tcBorders>
            <w:shd w:val="clear" w:color="auto" w:fill="FFF5F3"/>
            <w:vAlign w:val="center"/>
          </w:tcPr>
          <w:p w14:paraId="1646C506" w14:textId="77777777" w:rsidR="00D054C4" w:rsidRDefault="00000000">
            <w:r>
              <w:rPr>
                <w:color w:val="000000"/>
                <w:sz w:val="17"/>
              </w:rPr>
              <w:t>✗ Ingen sports-bh</w:t>
            </w:r>
          </w:p>
        </w:tc>
      </w:tr>
    </w:tbl>
    <w:p w14:paraId="2F6EB6EF" w14:textId="335936D8" w:rsidR="00D054C4" w:rsidRDefault="00000000">
      <w:pPr>
        <w:spacing w:before="80" w:after="40"/>
      </w:pPr>
      <w:r>
        <w:rPr>
          <w:b/>
          <w:color w:val="17365D"/>
        </w:rPr>
        <w:t xml:space="preserve">Eksempel </w:t>
      </w:r>
      <w:proofErr w:type="spellStart"/>
      <w:r>
        <w:rPr>
          <w:b/>
          <w:color w:val="17365D"/>
        </w:rPr>
        <w:t>fra</w:t>
      </w:r>
      <w:proofErr w:type="spellEnd"/>
      <w:r>
        <w:rPr>
          <w:b/>
          <w:color w:val="17365D"/>
        </w:rPr>
        <w:t xml:space="preserve"> IPF:</w:t>
      </w:r>
    </w:p>
    <w:p w14:paraId="456CAD77" w14:textId="77777777" w:rsidR="00D054C4" w:rsidRDefault="00000000">
      <w:pPr>
        <w:jc w:val="center"/>
      </w:pPr>
      <w:r>
        <w:rPr>
          <w:noProof/>
        </w:rPr>
        <w:drawing>
          <wp:inline distT="0" distB="0" distL="0" distR="0" wp14:anchorId="5361760A" wp14:editId="5CFA3D77">
            <wp:extent cx="3888000" cy="42736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013385-3425-4651-bc7b-2f627fddcd2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427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7825F" w14:textId="364B0946" w:rsidR="00D054C4" w:rsidRDefault="00D054C4"/>
    <w:sectPr w:rsidR="00D054C4" w:rsidSect="00034616">
      <w:footerReference w:type="default" r:id="rId14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A064C" w14:textId="77777777" w:rsidR="00750F00" w:rsidRDefault="00750F00">
      <w:pPr>
        <w:spacing w:after="0" w:line="240" w:lineRule="auto"/>
      </w:pPr>
      <w:r>
        <w:separator/>
      </w:r>
    </w:p>
  </w:endnote>
  <w:endnote w:type="continuationSeparator" w:id="0">
    <w:p w14:paraId="5A40AA2D" w14:textId="77777777" w:rsidR="00750F00" w:rsidRDefault="0075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B6F5" w14:textId="77777777" w:rsidR="00D054C4" w:rsidRDefault="00000000">
    <w:pPr>
      <w:pStyle w:val="Sidefod"/>
      <w:jc w:val="center"/>
    </w:pPr>
    <w:r>
      <w:rPr>
        <w:color w:val="808080"/>
        <w:sz w:val="15"/>
      </w:rPr>
      <w:t xml:space="preserve">DSF </w:t>
    </w:r>
    <w:proofErr w:type="spellStart"/>
    <w:r>
      <w:rPr>
        <w:color w:val="808080"/>
        <w:sz w:val="15"/>
      </w:rPr>
      <w:t>Masterudvalget</w:t>
    </w:r>
    <w:proofErr w:type="spellEnd"/>
    <w:r>
      <w:rPr>
        <w:color w:val="808080"/>
        <w:sz w:val="15"/>
      </w:rPr>
      <w:t xml:space="preserve"> · </w:t>
    </w:r>
    <w:proofErr w:type="spellStart"/>
    <w:r>
      <w:rPr>
        <w:color w:val="808080"/>
        <w:sz w:val="15"/>
      </w:rPr>
      <w:t>Tilmeldingsskema</w:t>
    </w:r>
    <w:proofErr w:type="spellEnd"/>
    <w:r>
      <w:rPr>
        <w:color w:val="808080"/>
        <w:sz w:val="15"/>
      </w:rPr>
      <w:t xml:space="preserve"> </w:t>
    </w:r>
    <w:proofErr w:type="spellStart"/>
    <w:r>
      <w:rPr>
        <w:color w:val="808080"/>
        <w:sz w:val="15"/>
      </w:rPr>
      <w:t>internationale</w:t>
    </w:r>
    <w:proofErr w:type="spellEnd"/>
    <w:r>
      <w:rPr>
        <w:color w:val="808080"/>
        <w:sz w:val="15"/>
      </w:rPr>
      <w:t xml:space="preserve"> </w:t>
    </w:r>
    <w:proofErr w:type="spellStart"/>
    <w:r>
      <w:rPr>
        <w:color w:val="808080"/>
        <w:sz w:val="15"/>
      </w:rPr>
      <w:t>masterstævner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76734" w14:textId="77777777" w:rsidR="00750F00" w:rsidRDefault="00750F00">
      <w:pPr>
        <w:spacing w:after="0" w:line="240" w:lineRule="auto"/>
      </w:pPr>
      <w:r>
        <w:separator/>
      </w:r>
    </w:p>
  </w:footnote>
  <w:footnote w:type="continuationSeparator" w:id="0">
    <w:p w14:paraId="6CED118F" w14:textId="77777777" w:rsidR="00750F00" w:rsidRDefault="00750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3340407">
    <w:abstractNumId w:val="8"/>
  </w:num>
  <w:num w:numId="2" w16cid:durableId="1051881160">
    <w:abstractNumId w:val="6"/>
  </w:num>
  <w:num w:numId="3" w16cid:durableId="623998560">
    <w:abstractNumId w:val="5"/>
  </w:num>
  <w:num w:numId="4" w16cid:durableId="2117820803">
    <w:abstractNumId w:val="4"/>
  </w:num>
  <w:num w:numId="5" w16cid:durableId="623122709">
    <w:abstractNumId w:val="7"/>
  </w:num>
  <w:num w:numId="6" w16cid:durableId="1825078041">
    <w:abstractNumId w:val="3"/>
  </w:num>
  <w:num w:numId="7" w16cid:durableId="1882980446">
    <w:abstractNumId w:val="2"/>
  </w:num>
  <w:num w:numId="8" w16cid:durableId="790781809">
    <w:abstractNumId w:val="1"/>
  </w:num>
  <w:num w:numId="9" w16cid:durableId="76639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669B"/>
    <w:rsid w:val="003B0326"/>
    <w:rsid w:val="00750F00"/>
    <w:rsid w:val="00AA1D8D"/>
    <w:rsid w:val="00B47730"/>
    <w:rsid w:val="00C100A0"/>
    <w:rsid w:val="00C15A81"/>
    <w:rsid w:val="00C3234A"/>
    <w:rsid w:val="00C54DD7"/>
    <w:rsid w:val="00CB0664"/>
    <w:rsid w:val="00D054C4"/>
    <w:rsid w:val="00FA68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B4D3F"/>
  <w14:defaultImageDpi w14:val="300"/>
  <w15:docId w15:val="{49237C1A-DD23-4D8C-9D32-EA582171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yrke.dk/?page=masterudvalg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el.wada-ama.org/lear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oodlift.info/consent-form-fil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werlifting.sport/fileadmin/ipf/data/anti-doping/IPF_Consent_Form_2021v2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772</Words>
  <Characters>4711</Characters>
  <Application>Microsoft Office Word</Application>
  <DocSecurity>0</DocSecurity>
  <Lines>39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Tilmeldingsskema – internationale masterstævner 2027</vt:lpstr>
      <vt:lpstr/>
    </vt:vector>
  </TitlesOfParts>
  <Manager/>
  <Company/>
  <LinksUpToDate>false</LinksUpToDate>
  <CharactersWithSpaces>5473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Tilmeldingsskema – internationale masterstævner 2027</dc:title>
  <dc:subject>Opdateret tilmeldingsskema til Masterudvalget</dc:subject>
  <dc:creator>Dansk Styrkeløft Forbund – Masterudvalget</dc:creator>
  <cp:keywords/>
  <dc:description>generated by python-docx</dc:description>
  <cp:lastModifiedBy>Jens Vinther</cp:lastModifiedBy>
  <cp:revision>3</cp:revision>
  <dcterms:created xsi:type="dcterms:W3CDTF">2026-09-09T18:37:00Z</dcterms:created>
  <dcterms:modified xsi:type="dcterms:W3CDTF">2026-09-09T18:50:00Z</dcterms:modified>
  <cp:category/>
</cp:coreProperties>
</file>